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1EE3" w14:textId="77777777" w:rsid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DOMANDA DI AMMISSIONE A SOCIO SOSTENITORE "LETTORE" – ANNO 2026</w:t>
      </w:r>
    </w:p>
    <w:p w14:paraId="67FA7037" w14:textId="2205BAE8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All'Associazione Culturale MAGNA LIBRI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8856A3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Sede Legale: via Dante Maiorana, 25 – Gravina di Catania (CT) – C.F. 93260320879</w:t>
      </w:r>
    </w:p>
    <w:p w14:paraId="0DAFDC81" w14:textId="77777777" w:rsid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Il/La sottoscritto/a ____________________________________________________________________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 xml:space="preserve">Nato/a </w:t>
      </w:r>
      <w:proofErr w:type="spellStart"/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</w:t>
      </w:r>
      <w:proofErr w:type="spellEnd"/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 xml:space="preserve"> ______________________________________ il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/_______ C.F. _________________________________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Residente in Via/Piazza ____________________________________________ n. _____ Città _________________________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Tel. __________________________________ E-mail ___________________________________________________________</w:t>
      </w:r>
    </w:p>
    <w:p w14:paraId="6E27F25C" w14:textId="77777777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66B25CDA" w14:textId="77777777" w:rsidR="008856A3" w:rsidRDefault="008856A3" w:rsidP="008856A3">
      <w:pPr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CHIEDE</w:t>
      </w:r>
    </w:p>
    <w:p w14:paraId="2EAAF145" w14:textId="470A06C4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di essere ammesso/a in qualità di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Socio Sostenitore nella categoria "LETTORE"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dell'Associazione Culturale MAGNA LIBRI per l’anno 2026, condividendone le finalità istituzionali legate alla promozione e alla diffusione della cultura del libro e della lettura.</w:t>
      </w:r>
    </w:p>
    <w:p w14:paraId="2D120FF8" w14:textId="77777777" w:rsid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 tal fine dichiara di aver preso visione dello Statuto associativo, di accettarlo integralmente e si impegna al versamento della quota associativa annuale stabilita in </w:t>
      </w:r>
    </w:p>
    <w:p w14:paraId="6EF6A494" w14:textId="6B977936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€ 20,00 (venti/00)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.</w:t>
      </w:r>
    </w:p>
    <w:p w14:paraId="0714AAAB" w14:textId="77777777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Data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Firma del Richiedente ____________________________________</w:t>
      </w:r>
    </w:p>
    <w:p w14:paraId="5CEC71C5" w14:textId="77777777" w:rsidR="008856A3" w:rsidRDefault="008856A3" w:rsidP="008856A3">
      <w:pPr>
        <w:spacing w:after="0" w:line="240" w:lineRule="auto"/>
        <w:rPr>
          <w:rFonts w:ascii="Apple Color Emoji" w:eastAsia="Times New Roman" w:hAnsi="Apple Color Emoji" w:cs="Apple Color Emoji"/>
          <w:color w:val="000000"/>
          <w:sz w:val="24"/>
          <w:szCs w:val="24"/>
          <w:lang w:val="it-IT" w:eastAsia="it-IT"/>
        </w:rPr>
      </w:pPr>
    </w:p>
    <w:p w14:paraId="315D83D6" w14:textId="77777777" w:rsid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SPAZIO RISERVATO AL CONSIGLIO DIRETTIVO (Per approvazione e registrazione)</w:t>
      </w:r>
    </w:p>
    <w:p w14:paraId="50D24C98" w14:textId="6173C51B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Il Consiglio Direttivo dell'Associazione Culturale MAGNA LIBRI, vista la domanda che precede, nella seduta del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 delibera di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ACCOGLIERE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l'istanza.</w:t>
      </w:r>
    </w:p>
    <w:p w14:paraId="2ED15663" w14:textId="77777777" w:rsidR="008856A3" w:rsidRPr="008856A3" w:rsidRDefault="008856A3" w:rsidP="008856A3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Assegnata la Tessera Numero: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 / 2026</w:t>
      </w:r>
    </w:p>
    <w:p w14:paraId="2FEBCE69" w14:textId="77777777" w:rsidR="008856A3" w:rsidRPr="008856A3" w:rsidRDefault="008856A3" w:rsidP="008856A3">
      <w:pPr>
        <w:numPr>
          <w:ilvl w:val="0"/>
          <w:numId w:val="11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Registrato sul Libro Soci alla pagina: </w:t>
      </w:r>
      <w:r w:rsidRPr="008856A3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</w:t>
      </w:r>
    </w:p>
    <w:p w14:paraId="045A5FB3" w14:textId="77777777" w:rsidR="008856A3" w:rsidRPr="008856A3" w:rsidRDefault="008856A3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 Presidente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8856A3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Monica La Magna</w:t>
      </w:r>
      <w:r w:rsidRPr="008856A3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____________________________________</w:t>
      </w:r>
    </w:p>
    <w:p w14:paraId="705AA4E0" w14:textId="5B62CC7F" w:rsidR="00C95E89" w:rsidRPr="00C95E89" w:rsidRDefault="00C95E89" w:rsidP="008856A3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4374F728" w14:textId="10A8BEF3" w:rsidR="00050F1B" w:rsidRDefault="00000000">
      <w:r>
        <w:rPr>
          <w:i/>
          <w:sz w:val="24"/>
        </w:rPr>
        <w:lastRenderedPageBreak/>
        <w:br/>
      </w:r>
    </w:p>
    <w:sectPr w:rsidR="00050F1B" w:rsidSect="00034616">
      <w:headerReference w:type="default" r:id="rId8"/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CF5F" w14:textId="77777777" w:rsidR="003551BB" w:rsidRDefault="003551BB">
      <w:pPr>
        <w:spacing w:after="0" w:line="240" w:lineRule="auto"/>
      </w:pPr>
      <w:r>
        <w:separator/>
      </w:r>
    </w:p>
  </w:endnote>
  <w:endnote w:type="continuationSeparator" w:id="0">
    <w:p w14:paraId="3609A5AD" w14:textId="77777777" w:rsidR="003551BB" w:rsidRDefault="0035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D5A8" w14:textId="77777777" w:rsidR="00050F1B" w:rsidRDefault="00000000">
    <w:pPr>
      <w:pStyle w:val="Pidipagina"/>
      <w:jc w:val="center"/>
    </w:pPr>
    <w:r>
      <w:rPr>
        <w:rFonts w:ascii="Times New Roman" w:hAnsi="Times New Roman"/>
        <w:sz w:val="18"/>
      </w:rPr>
      <w:t>MAGNA LIBRI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BA92" w14:textId="77777777" w:rsidR="003551BB" w:rsidRDefault="003551BB">
      <w:pPr>
        <w:spacing w:after="0" w:line="240" w:lineRule="auto"/>
      </w:pPr>
      <w:r>
        <w:separator/>
      </w:r>
    </w:p>
  </w:footnote>
  <w:footnote w:type="continuationSeparator" w:id="0">
    <w:p w14:paraId="324C33F4" w14:textId="77777777" w:rsidR="003551BB" w:rsidRDefault="0035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F109" w14:textId="77777777" w:rsidR="00050F1B" w:rsidRDefault="00000000">
    <w:pPr>
      <w:pStyle w:val="Intestazione"/>
      <w:jc w:val="center"/>
    </w:pPr>
    <w:r>
      <w:rPr>
        <w:noProof/>
      </w:rPr>
      <w:drawing>
        <wp:inline distT="0" distB="0" distL="0" distR="0" wp14:anchorId="6B7A65E8" wp14:editId="51A4600E">
          <wp:extent cx="2011680" cy="13411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2 mag 2026, 08_13_0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1341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FBDB5" w14:textId="77777777" w:rsidR="00050F1B" w:rsidRDefault="00000000">
    <w:pPr>
      <w:jc w:val="center"/>
    </w:pPr>
    <w:r>
      <w:rPr>
        <w:rFonts w:ascii="Times New Roman" w:hAnsi="Times New Roman"/>
        <w:b/>
        <w:sz w:val="28"/>
      </w:rPr>
      <w:t>ASSOCIAZIONE CULTURALE MAGNA LIBRI</w:t>
    </w:r>
  </w:p>
  <w:p w14:paraId="533DC7FB" w14:textId="77777777" w:rsidR="00050F1B" w:rsidRDefault="00000000">
    <w:pPr>
      <w:jc w:val="center"/>
    </w:pPr>
    <w:r>
      <w:rPr>
        <w:rFonts w:ascii="Times New Roman" w:hAnsi="Times New Roman"/>
        <w:sz w:val="20"/>
      </w:rPr>
      <w:t>Via Dante Maiorana 25 – Gravina di Catania (CT) – CAP 95030</w:t>
    </w:r>
    <w:r>
      <w:rPr>
        <w:rFonts w:ascii="Times New Roman" w:hAnsi="Times New Roman"/>
        <w:sz w:val="20"/>
      </w:rPr>
      <w:br/>
    </w:r>
    <w:proofErr w:type="spellStart"/>
    <w:r>
      <w:rPr>
        <w:rFonts w:ascii="Times New Roman" w:hAnsi="Times New Roman"/>
        <w:sz w:val="20"/>
      </w:rPr>
      <w:t>Codice</w:t>
    </w:r>
    <w:proofErr w:type="spellEnd"/>
    <w:r>
      <w:rPr>
        <w:rFonts w:ascii="Times New Roman" w:hAnsi="Times New Roman"/>
        <w:sz w:val="20"/>
      </w:rPr>
      <w:t xml:space="preserve"> </w:t>
    </w:r>
    <w:proofErr w:type="spellStart"/>
    <w:r>
      <w:rPr>
        <w:rFonts w:ascii="Times New Roman" w:hAnsi="Times New Roman"/>
        <w:sz w:val="20"/>
      </w:rPr>
      <w:t>Fiscale</w:t>
    </w:r>
    <w:proofErr w:type="spellEnd"/>
    <w:r>
      <w:rPr>
        <w:rFonts w:ascii="Times New Roman" w:hAnsi="Times New Roman"/>
        <w:sz w:val="20"/>
      </w:rPr>
      <w:t>: 93260320879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7A15E9"/>
    <w:multiLevelType w:val="multilevel"/>
    <w:tmpl w:val="6F24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E3E44"/>
    <w:multiLevelType w:val="multilevel"/>
    <w:tmpl w:val="EAB6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6144">
    <w:abstractNumId w:val="8"/>
  </w:num>
  <w:num w:numId="2" w16cid:durableId="1094280418">
    <w:abstractNumId w:val="6"/>
  </w:num>
  <w:num w:numId="3" w16cid:durableId="549607812">
    <w:abstractNumId w:val="5"/>
  </w:num>
  <w:num w:numId="4" w16cid:durableId="1101023838">
    <w:abstractNumId w:val="4"/>
  </w:num>
  <w:num w:numId="5" w16cid:durableId="1176920266">
    <w:abstractNumId w:val="7"/>
  </w:num>
  <w:num w:numId="6" w16cid:durableId="1620182976">
    <w:abstractNumId w:val="3"/>
  </w:num>
  <w:num w:numId="7" w16cid:durableId="31882495">
    <w:abstractNumId w:val="2"/>
  </w:num>
  <w:num w:numId="8" w16cid:durableId="985860419">
    <w:abstractNumId w:val="1"/>
  </w:num>
  <w:num w:numId="9" w16cid:durableId="2047869507">
    <w:abstractNumId w:val="0"/>
  </w:num>
  <w:num w:numId="10" w16cid:durableId="1948074082">
    <w:abstractNumId w:val="9"/>
  </w:num>
  <w:num w:numId="11" w16cid:durableId="4094981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F1B"/>
    <w:rsid w:val="0006063C"/>
    <w:rsid w:val="000C2B8C"/>
    <w:rsid w:val="0015074B"/>
    <w:rsid w:val="0015159B"/>
    <w:rsid w:val="001C042D"/>
    <w:rsid w:val="0029639D"/>
    <w:rsid w:val="003027F1"/>
    <w:rsid w:val="00326F90"/>
    <w:rsid w:val="003551BB"/>
    <w:rsid w:val="006F6314"/>
    <w:rsid w:val="008856A3"/>
    <w:rsid w:val="00AA1D8D"/>
    <w:rsid w:val="00B47730"/>
    <w:rsid w:val="00C23795"/>
    <w:rsid w:val="00C95E89"/>
    <w:rsid w:val="00CB0664"/>
    <w:rsid w:val="00CB792E"/>
    <w:rsid w:val="00E304C1"/>
    <w:rsid w:val="00F903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DEA60"/>
  <w14:defaultImageDpi w14:val="300"/>
  <w15:docId w15:val="{7C19E75B-BA98-0D4E-A47D-0523CA2B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Carpredefinitoparagrafo"/>
    <w:rsid w:val="00C95E89"/>
  </w:style>
  <w:style w:type="paragraph" w:customStyle="1" w:styleId="z1qcye">
    <w:name w:val="z1qcye"/>
    <w:basedOn w:val="Normale"/>
    <w:rsid w:val="00C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qyif">
    <w:name w:val="inqyif"/>
    <w:basedOn w:val="Carpredefinitoparagrafo"/>
    <w:rsid w:val="00C9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1281</Characters>
  <Application>Microsoft Office Word</Application>
  <DocSecurity>0</DocSecurity>
  <Lines>26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Monica la magna</cp:lastModifiedBy>
  <cp:revision>2</cp:revision>
  <dcterms:created xsi:type="dcterms:W3CDTF">2026-07-29T08:21:00Z</dcterms:created>
  <dcterms:modified xsi:type="dcterms:W3CDTF">2026-07-29T08:21:00Z</dcterms:modified>
  <cp:category/>
</cp:coreProperties>
</file>