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A9E05" w14:textId="77777777" w:rsidR="00E33D58" w:rsidRPr="00E33D58" w:rsidRDefault="00E33D58" w:rsidP="00E33D58">
      <w:pPr>
        <w:spacing w:after="0" w:line="240" w:lineRule="auto"/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</w:pPr>
      <w:r w:rsidRPr="00E33D58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DOMANDA DI AMMISSIONE A SOCIO SOSTENITORE "AUTORE" – ANNO 2026</w:t>
      </w:r>
      <w:r w:rsidRPr="00E33D5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br/>
      </w:r>
      <w:r w:rsidRPr="00E33D58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All'Associazione Culturale MAGNA LIBRI</w:t>
      </w:r>
      <w:r w:rsidRPr="00E33D5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br/>
      </w:r>
      <w:r w:rsidRPr="00E33D58">
        <w:rPr>
          <w:rFonts w:ascii="Helvetica Neue" w:eastAsia="Times New Roman" w:hAnsi="Helvetica Neue" w:cs="Times New Roman"/>
          <w:i/>
          <w:iCs/>
          <w:color w:val="000000"/>
          <w:sz w:val="24"/>
          <w:szCs w:val="24"/>
          <w:lang w:val="it-IT" w:eastAsia="it-IT"/>
        </w:rPr>
        <w:t>Sede Legale: via Dante Maiorana, 25 – Gravina di Catania (CT) – C.F. 93260320879</w:t>
      </w:r>
    </w:p>
    <w:p w14:paraId="680CF95C" w14:textId="77777777" w:rsidR="00E33D58" w:rsidRDefault="00E33D58" w:rsidP="00E33D58">
      <w:pPr>
        <w:spacing w:after="0" w:line="240" w:lineRule="auto"/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</w:pPr>
      <w:r w:rsidRPr="00E33D5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Il/La sottoscritto/a ____________________________________________________________________</w:t>
      </w:r>
      <w:r w:rsidRPr="00E33D5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br/>
        <w:t xml:space="preserve">Nato/a </w:t>
      </w:r>
      <w:proofErr w:type="spellStart"/>
      <w:r w:rsidRPr="00E33D5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a</w:t>
      </w:r>
      <w:proofErr w:type="spellEnd"/>
      <w:r w:rsidRPr="00E33D5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 xml:space="preserve"> ______________________________________ il </w:t>
      </w:r>
      <w:r w:rsidRPr="00E33D58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/</w:t>
      </w:r>
      <w:r w:rsidRPr="00E33D5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/_______ C.F. _________________________________</w:t>
      </w:r>
      <w:r w:rsidRPr="00E33D5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br/>
        <w:t>Residente in Via/Piazza ____________________________________________ n. _____ Città _________________________</w:t>
      </w:r>
      <w:r w:rsidRPr="00E33D5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br/>
        <w:t>Tel. __________________________________ E-mail ___________________________________________________________</w:t>
      </w:r>
    </w:p>
    <w:p w14:paraId="18CAD04F" w14:textId="77777777" w:rsidR="00E33D58" w:rsidRPr="00E33D58" w:rsidRDefault="00E33D58" w:rsidP="00E33D58">
      <w:pPr>
        <w:spacing w:after="0" w:line="240" w:lineRule="auto"/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</w:pPr>
    </w:p>
    <w:p w14:paraId="5A1E7D47" w14:textId="77777777" w:rsidR="00E33D58" w:rsidRDefault="00E33D58" w:rsidP="00E33D58">
      <w:pPr>
        <w:spacing w:after="0" w:line="240" w:lineRule="auto"/>
        <w:jc w:val="center"/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</w:pPr>
      <w:r w:rsidRPr="00E33D58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CHIEDE</w:t>
      </w:r>
    </w:p>
    <w:p w14:paraId="54C72C91" w14:textId="0DF12E20" w:rsidR="00E33D58" w:rsidRPr="00E33D58" w:rsidRDefault="00E33D58" w:rsidP="00E33D58">
      <w:pPr>
        <w:spacing w:after="0" w:line="240" w:lineRule="auto"/>
        <w:jc w:val="both"/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</w:pPr>
      <w:r w:rsidRPr="00E33D5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br/>
        <w:t>di essere ammesso/a in qualità di </w:t>
      </w:r>
      <w:r w:rsidRPr="00E33D58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Socio Sostenitore nella categoria</w:t>
      </w:r>
      <w:r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 xml:space="preserve"> </w:t>
      </w:r>
      <w:r w:rsidRPr="00E33D58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"AUTORE"</w:t>
      </w:r>
      <w:r w:rsidRPr="00E33D5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 dell'Associazione Culturale MAGNA LIBRI per l’anno 2026, condividendone le finalità istituzionali legate al supporto della scrittura creativa, della saggistica e alla valorizzazione dei talenti letterari emergenti.</w:t>
      </w:r>
    </w:p>
    <w:p w14:paraId="780590F6" w14:textId="77777777" w:rsidR="00E33D58" w:rsidRDefault="00E33D58" w:rsidP="00E33D58">
      <w:pPr>
        <w:spacing w:after="0" w:line="240" w:lineRule="auto"/>
        <w:jc w:val="both"/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</w:pPr>
      <w:r w:rsidRPr="00E33D5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A tal fine dichiara di aver preso visione dello Statuto associativo, di accettarlo integralmente e si impegna al versamento della quota associativa annuale stabilita in </w:t>
      </w:r>
      <w:r w:rsidRPr="00E33D58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€ 50,00 (cinquanta/00)</w:t>
      </w:r>
      <w:r w:rsidRPr="00E33D5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.</w:t>
      </w:r>
    </w:p>
    <w:p w14:paraId="362239CC" w14:textId="77777777" w:rsidR="00E33D58" w:rsidRPr="00E33D58" w:rsidRDefault="00E33D58" w:rsidP="00E33D58">
      <w:pPr>
        <w:spacing w:after="0" w:line="240" w:lineRule="auto"/>
        <w:jc w:val="both"/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</w:pPr>
    </w:p>
    <w:p w14:paraId="089728DA" w14:textId="77777777" w:rsidR="00E33D58" w:rsidRPr="00E33D58" w:rsidRDefault="00E33D58" w:rsidP="00E33D58">
      <w:pPr>
        <w:spacing w:after="0" w:line="240" w:lineRule="auto"/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</w:pPr>
      <w:r w:rsidRPr="00E33D5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Data </w:t>
      </w:r>
      <w:r w:rsidRPr="00E33D58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/</w:t>
      </w:r>
      <w:r w:rsidRPr="00E33D5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/2026</w:t>
      </w:r>
      <w:r w:rsidRPr="00E33D5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br/>
        <w:t>Firma del Richiedente ____________________________________</w:t>
      </w:r>
    </w:p>
    <w:p w14:paraId="67C60F65" w14:textId="775AD457" w:rsidR="00E33D58" w:rsidRPr="00E33D58" w:rsidRDefault="00E33D58" w:rsidP="00E33D58">
      <w:pPr>
        <w:spacing w:before="480" w:after="480" w:line="240" w:lineRule="auto"/>
        <w:rPr>
          <w:rFonts w:ascii="Helvetica Neue" w:eastAsia="Times New Roman" w:hAnsi="Helvetica Neue" w:cs="Times New Roman"/>
          <w:sz w:val="21"/>
          <w:szCs w:val="21"/>
          <w:lang w:val="it-IT" w:eastAsia="it-IT"/>
        </w:rPr>
      </w:pPr>
      <w:r w:rsidRPr="00E33D58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SPAZIO RISERVATO AL CONSIGLIO DIRETTIVO (Per approvazione e registrazione)</w:t>
      </w:r>
      <w:r w:rsidRPr="00E33D5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br/>
        <w:t>Il Consiglio Direttivo dell'Associazione Culturale MAGNA LIBRI, vista la domanda che precede, nella seduta del </w:t>
      </w:r>
      <w:r w:rsidRPr="00E33D58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/</w:t>
      </w:r>
      <w:r w:rsidRPr="00E33D5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/2026 delibera di </w:t>
      </w:r>
      <w:r w:rsidRPr="00E33D58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ACCOGLIERE</w:t>
      </w:r>
      <w:r w:rsidRPr="00E33D5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 l'istanza.</w:t>
      </w:r>
    </w:p>
    <w:p w14:paraId="344972AE" w14:textId="77777777" w:rsidR="00E33D58" w:rsidRPr="00E33D58" w:rsidRDefault="00E33D58" w:rsidP="00E33D58">
      <w:pPr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</w:pPr>
      <w:r w:rsidRPr="00E33D5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Assegnata la Tessera Numero: </w:t>
      </w:r>
      <w:r w:rsidRPr="00E33D58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_______ / 2026</w:t>
      </w:r>
    </w:p>
    <w:p w14:paraId="00C140A7" w14:textId="77777777" w:rsidR="00E33D58" w:rsidRPr="00E33D58" w:rsidRDefault="00E33D58" w:rsidP="00E33D58">
      <w:pPr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</w:pPr>
      <w:r w:rsidRPr="00E33D5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Registrato sul Libro Soci alla pagina: </w:t>
      </w:r>
      <w:r w:rsidRPr="00E33D58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_______</w:t>
      </w:r>
    </w:p>
    <w:p w14:paraId="10D9E611" w14:textId="77777777" w:rsidR="00E33D58" w:rsidRPr="00E33D58" w:rsidRDefault="00E33D58" w:rsidP="00E33D58">
      <w:pPr>
        <w:spacing w:after="0" w:line="240" w:lineRule="auto"/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</w:pPr>
      <w:r w:rsidRPr="00E33D5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Il Presidente</w:t>
      </w:r>
      <w:r w:rsidRPr="00E33D5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br/>
      </w:r>
      <w:r w:rsidRPr="00E33D58">
        <w:rPr>
          <w:rFonts w:ascii="Helvetica Neue" w:eastAsia="Times New Roman" w:hAnsi="Helvetica Neue" w:cs="Times New Roman"/>
          <w:i/>
          <w:iCs/>
          <w:color w:val="000000"/>
          <w:sz w:val="24"/>
          <w:szCs w:val="24"/>
          <w:lang w:val="it-IT" w:eastAsia="it-IT"/>
        </w:rPr>
        <w:t>Monica La Magna</w:t>
      </w:r>
      <w:r w:rsidRPr="00E33D5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 ____________________________________</w:t>
      </w:r>
    </w:p>
    <w:p w14:paraId="4374F728" w14:textId="60636FC6" w:rsidR="00050F1B" w:rsidRDefault="00050F1B"/>
    <w:sectPr w:rsidR="00050F1B" w:rsidSect="00034616">
      <w:headerReference w:type="default" r:id="rId8"/>
      <w:footerReference w:type="default" r:id="rId9"/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F685D" w14:textId="77777777" w:rsidR="00230680" w:rsidRDefault="00230680">
      <w:pPr>
        <w:spacing w:after="0" w:line="240" w:lineRule="auto"/>
      </w:pPr>
      <w:r>
        <w:separator/>
      </w:r>
    </w:p>
  </w:endnote>
  <w:endnote w:type="continuationSeparator" w:id="0">
    <w:p w14:paraId="08C13FD7" w14:textId="77777777" w:rsidR="00230680" w:rsidRDefault="00230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BD5A8" w14:textId="77777777" w:rsidR="00050F1B" w:rsidRDefault="00000000">
    <w:pPr>
      <w:pStyle w:val="Pidipagina"/>
      <w:jc w:val="center"/>
    </w:pPr>
    <w:r>
      <w:rPr>
        <w:rFonts w:ascii="Times New Roman" w:hAnsi="Times New Roman"/>
        <w:sz w:val="18"/>
      </w:rPr>
      <w:t>MAGNA LIBRI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C267C" w14:textId="77777777" w:rsidR="00230680" w:rsidRDefault="00230680">
      <w:pPr>
        <w:spacing w:after="0" w:line="240" w:lineRule="auto"/>
      </w:pPr>
      <w:r>
        <w:separator/>
      </w:r>
    </w:p>
  </w:footnote>
  <w:footnote w:type="continuationSeparator" w:id="0">
    <w:p w14:paraId="5A2F46CF" w14:textId="77777777" w:rsidR="00230680" w:rsidRDefault="00230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4F109" w14:textId="77777777" w:rsidR="00050F1B" w:rsidRDefault="00000000">
    <w:pPr>
      <w:pStyle w:val="Intestazione"/>
      <w:jc w:val="center"/>
    </w:pPr>
    <w:r>
      <w:rPr>
        <w:noProof/>
      </w:rPr>
      <w:drawing>
        <wp:inline distT="0" distB="0" distL="0" distR="0" wp14:anchorId="6B7A65E8" wp14:editId="51A4600E">
          <wp:extent cx="2011680" cy="13411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atGPT Image 12 mag 2026, 08_13_08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1680" cy="1341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9FBDB5" w14:textId="77777777" w:rsidR="00050F1B" w:rsidRDefault="00000000">
    <w:pPr>
      <w:jc w:val="center"/>
    </w:pPr>
    <w:r>
      <w:rPr>
        <w:rFonts w:ascii="Times New Roman" w:hAnsi="Times New Roman"/>
        <w:b/>
        <w:sz w:val="28"/>
      </w:rPr>
      <w:t>ASSOCIAZIONE CULTURALE MAGNA LIBRI</w:t>
    </w:r>
  </w:p>
  <w:p w14:paraId="533DC7FB" w14:textId="77777777" w:rsidR="00050F1B" w:rsidRDefault="00000000">
    <w:pPr>
      <w:jc w:val="center"/>
    </w:pPr>
    <w:r>
      <w:rPr>
        <w:rFonts w:ascii="Times New Roman" w:hAnsi="Times New Roman"/>
        <w:sz w:val="20"/>
      </w:rPr>
      <w:t>Via Dante Maiorana 25 – Gravina di Catania (CT) – CAP 95030</w:t>
    </w:r>
    <w:r>
      <w:rPr>
        <w:rFonts w:ascii="Times New Roman" w:hAnsi="Times New Roman"/>
        <w:sz w:val="20"/>
      </w:rPr>
      <w:br/>
    </w:r>
    <w:proofErr w:type="spellStart"/>
    <w:r>
      <w:rPr>
        <w:rFonts w:ascii="Times New Roman" w:hAnsi="Times New Roman"/>
        <w:sz w:val="20"/>
      </w:rPr>
      <w:t>Codice</w:t>
    </w:r>
    <w:proofErr w:type="spellEnd"/>
    <w:r>
      <w:rPr>
        <w:rFonts w:ascii="Times New Roman" w:hAnsi="Times New Roman"/>
        <w:sz w:val="20"/>
      </w:rPr>
      <w:t xml:space="preserve"> </w:t>
    </w:r>
    <w:proofErr w:type="spellStart"/>
    <w:r>
      <w:rPr>
        <w:rFonts w:ascii="Times New Roman" w:hAnsi="Times New Roman"/>
        <w:sz w:val="20"/>
      </w:rPr>
      <w:t>Fiscale</w:t>
    </w:r>
    <w:proofErr w:type="spellEnd"/>
    <w:r>
      <w:rPr>
        <w:rFonts w:ascii="Times New Roman" w:hAnsi="Times New Roman"/>
        <w:sz w:val="20"/>
      </w:rPr>
      <w:t>: 93260320879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861B4E"/>
    <w:multiLevelType w:val="multilevel"/>
    <w:tmpl w:val="616A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7A15E9"/>
    <w:multiLevelType w:val="multilevel"/>
    <w:tmpl w:val="6F242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6E3E44"/>
    <w:multiLevelType w:val="multilevel"/>
    <w:tmpl w:val="EAB6C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116144">
    <w:abstractNumId w:val="8"/>
  </w:num>
  <w:num w:numId="2" w16cid:durableId="1094280418">
    <w:abstractNumId w:val="6"/>
  </w:num>
  <w:num w:numId="3" w16cid:durableId="549607812">
    <w:abstractNumId w:val="5"/>
  </w:num>
  <w:num w:numId="4" w16cid:durableId="1101023838">
    <w:abstractNumId w:val="4"/>
  </w:num>
  <w:num w:numId="5" w16cid:durableId="1176920266">
    <w:abstractNumId w:val="7"/>
  </w:num>
  <w:num w:numId="6" w16cid:durableId="1620182976">
    <w:abstractNumId w:val="3"/>
  </w:num>
  <w:num w:numId="7" w16cid:durableId="31882495">
    <w:abstractNumId w:val="2"/>
  </w:num>
  <w:num w:numId="8" w16cid:durableId="985860419">
    <w:abstractNumId w:val="1"/>
  </w:num>
  <w:num w:numId="9" w16cid:durableId="2047869507">
    <w:abstractNumId w:val="0"/>
  </w:num>
  <w:num w:numId="10" w16cid:durableId="1948074082">
    <w:abstractNumId w:val="10"/>
  </w:num>
  <w:num w:numId="11" w16cid:durableId="409498170">
    <w:abstractNumId w:val="11"/>
  </w:num>
  <w:num w:numId="12" w16cid:durableId="3726575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0F1B"/>
    <w:rsid w:val="0006063C"/>
    <w:rsid w:val="000C2B8C"/>
    <w:rsid w:val="0015074B"/>
    <w:rsid w:val="0015159B"/>
    <w:rsid w:val="001C042D"/>
    <w:rsid w:val="00230680"/>
    <w:rsid w:val="0029639D"/>
    <w:rsid w:val="003027F1"/>
    <w:rsid w:val="00326F90"/>
    <w:rsid w:val="003551BB"/>
    <w:rsid w:val="006F6314"/>
    <w:rsid w:val="008856A3"/>
    <w:rsid w:val="00AA1D8D"/>
    <w:rsid w:val="00B47730"/>
    <w:rsid w:val="00C23795"/>
    <w:rsid w:val="00C95E89"/>
    <w:rsid w:val="00CB0664"/>
    <w:rsid w:val="00CB792E"/>
    <w:rsid w:val="00E304C1"/>
    <w:rsid w:val="00E33D58"/>
    <w:rsid w:val="00F903D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8DEA60"/>
  <w14:defaultImageDpi w14:val="300"/>
  <w15:docId w15:val="{7C19E75B-BA98-0D4E-A47D-0523CA2B2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pple-converted-space">
    <w:name w:val="apple-converted-space"/>
    <w:basedOn w:val="Carpredefinitoparagrafo"/>
    <w:rsid w:val="00C95E89"/>
  </w:style>
  <w:style w:type="paragraph" w:customStyle="1" w:styleId="z1qcye">
    <w:name w:val="z1qcye"/>
    <w:basedOn w:val="Normale"/>
    <w:rsid w:val="00C95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inqyif">
    <w:name w:val="inqyif"/>
    <w:basedOn w:val="Carpredefinitoparagrafo"/>
    <w:rsid w:val="00C95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1372</Characters>
  <Application>Microsoft Office Word</Application>
  <DocSecurity>0</DocSecurity>
  <Lines>37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Monica la magna</cp:lastModifiedBy>
  <cp:revision>2</cp:revision>
  <dcterms:created xsi:type="dcterms:W3CDTF">2026-07-29T08:41:00Z</dcterms:created>
  <dcterms:modified xsi:type="dcterms:W3CDTF">2026-07-29T08:41:00Z</dcterms:modified>
  <cp:category/>
</cp:coreProperties>
</file>